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Tanker Driver</w:t>
      </w:r>
    </w:p>
    <w:p>
      <w:pPr>
        <w:spacing w:before="0" w:after="240"/>
      </w:pPr>
      <w:r>
        <w:t>I am writing to apply for the Tanker Driver position at [Company Name]. With my heavy vehicle licence, dangerous goods endorsement and hands-on experience in bulk liquid transport, I am confident I can deliver safe and reliable service to your team.</w:t>
      </w:r>
    </w:p>
    <w:p>
      <w:pPr>
        <w:spacing w:before="0" w:after="240"/>
      </w:pPr>
      <w:r>
        <w:t>In my current role, I complete pre-departure inspections and manage loading and unloading of fuel and chemical products. Recently, I detected a worn coupling during a routine check, which prevented a potential spill and costly downtime. I also consistently receive positive feedback for my attention to detail and adherence to safety protocols.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keen to bring my skills to a company that values safety and reliability in its operations.</w:t>
      </w:r>
    </w:p>
    <w:p>
      <w:pPr>
        <w:spacing w:before="0" w:after="240"/>
      </w:pPr>
      <w:r>
        <w:t>Thank you for considering my application. I have attached my resume for your review and look forward to the opportunity to discuss how I can contribute to your operations.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