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Teacher Librarian</w:t>
      </w:r>
    </w:p>
    <w:p>
      <w:pPr>
        <w:spacing w:before="0" w:after="240"/>
      </w:pPr>
      <w:r>
        <w:t>I am writing to apply for the Teacher Librarian position at [Company Name]. With a teaching background and a postgraduate qualification in library and information studies, I bring a practical understanding of how a school library can support learning across every subject.</w:t>
      </w:r>
    </w:p>
    <w:p>
      <w:pPr>
        <w:spacing w:before="0" w:after="240"/>
      </w:pPr>
      <w:r>
        <w:t>In my current role, I worked closely with the English and History faculties to redesign research assignments for Years 9 and 10. I introduced a scaffolded approach to evaluating sources using LibGuides, and ran hands-on workshops in the library. Over a term, this led to a marked improvement in the quality of student bibliographies and a noticeable drop in reliance on low-quality online sources.</w:t>
      </w:r>
    </w:p>
    <w:p>
      <w:pPr>
        <w:spacing w:before="0" w:after="240"/>
      </w:pPr>
      <w:r>
        <w:t>I am particularly drawn to [Company Name] because [add one genuine, specific reason: a project, value, or market position you can point to]. I am keen to contribute to a school community that values both reading for pleasure and the critical use of information.</w:t>
      </w:r>
    </w:p>
    <w:p>
      <w:pPr>
        <w:spacing w:before="0" w:after="240"/>
      </w:pPr>
      <w:r>
        <w:t>Thank you for considering my application. I have attached my resume and would welcome the opportunity to discuss how my experience in teaching, collection management and information literacy could support your students and staff.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