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Teacher of the Deaf</w:t>
      </w:r>
    </w:p>
    <w:p>
      <w:pPr>
        <w:spacing w:before="0" w:after="240"/>
      </w:pPr>
      <w:r>
        <w:t>I am writing to apply for the Teacher of the Deaf position at [Company Name]. With a background in inclusive education and a postgraduate qualification in deaf education, I am confident in my ability to support students with hearing loss to access language, learning and the curriculum.</w:t>
      </w:r>
    </w:p>
    <w:p>
      <w:pPr>
        <w:spacing w:before="0" w:after="240"/>
      </w:pPr>
      <w:r>
        <w:t>In my current role, I assess students' hearing, language and communication needs and design individualised education programs that combine spoken language, Auslan and literacy instruction. A recent example involved a Year 3 student who was transitioning from an early intervention service. By collaborating closely with the family, the audiologist and the speech pathologist, and by setting up a sound-field FM system in the classroom, I helped the student move from relying heavily on one-to-one support to participating confidently in group lessons. His reading age improved by over a year within two terms, and his classroom teacher reported that he was initiating conversations with peers.</w:t>
      </w:r>
    </w:p>
    <w:p>
      <w:pPr>
        <w:spacing w:before="0" w:after="240"/>
      </w:pPr>
      <w:r>
        <w:t>I am drawn to [Company Name] because of your commitment to inclusive education and your reputation for supporting students with hearing loss across a range of settings. [add one genuine, specific reason: a project, value, or market position you can point to] I would welcome the opportunity to contribute to your team and to continue learning from colleagues who share my passion for this work.</w:t>
      </w:r>
    </w:p>
    <w:p>
      <w:pPr>
        <w:spacing w:before="0" w:after="240"/>
      </w:pPr>
      <w:r>
        <w:t>Thank you for considering my application. My resume is attached, and I look forward to the opportunity to discuss how my experience and skills align with the needs of your students.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