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Telecommunications Field Engineer</w:t>
      </w:r>
    </w:p>
    <w:p>
      <w:pPr>
        <w:spacing w:before="0" w:after="240"/>
      </w:pPr>
      <w:r>
        <w:t>I am writing to apply for the Telecommunications Field Engineer position at [Company Name]. With hands-on experience installing, testing and repairing fibre, copper and wireless networks, I am confident I can keep your customers connected and your field operations running smoothly.</w:t>
      </w:r>
    </w:p>
    <w:p>
      <w:pPr>
        <w:spacing w:before="0" w:after="240"/>
      </w:pPr>
      <w:r>
        <w:t>In my current role, I diagnose and repair network faults across a mix of residential and commercial sites. Using OTDR and fusion splicing, I recently located a damaged fibre span that was causing intermittent outages for several hundred premises. I completed the repair and re-termination within the same day, restored services ahead of the estimated restoration time, and documented the fix so the team could track the span for future issues. That mix of practical fault-finding and clear documentation is what I would bring to [Company Name].</w:t>
      </w:r>
    </w:p>
    <w:p>
      <w:pPr>
        <w:spacing w:before="0" w:after="240"/>
      </w:pPr>
      <w:r>
        <w:t>I want to work for [Company Name] because of your reputation for reliable network delivery in regional and metropolitan areas, and because you invest in training and safety systems that let field engineers do their best work. [add one genuine, specific reason: a project, value, or market position you can point to]</w:t>
      </w:r>
    </w:p>
    <w:p>
      <w:pPr>
        <w:spacing w:before="0" w:after="240"/>
      </w:pPr>
      <w:r>
        <w:t>Thank you for considering my application. My resume is attached, and I would welcome the chance to discuss how my field experience and technical skills can support your team. I look forward to hearing from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