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Telecommunications Network Planner</w:t>
      </w:r>
    </w:p>
    <w:p>
      <w:pPr>
        <w:spacing w:before="0" w:after="240"/>
      </w:pPr>
      <w:r>
        <w:t>I am writing to apply for the Telecommunications Network Planner role at [Company Name]. With a background in radio and fixed network design, traffic analysis and capacity planning, I can help your team plan upgrades and new sites that keep services reliable across metro, regional and remote areas.</w:t>
      </w:r>
    </w:p>
    <w:p>
      <w:pPr>
        <w:spacing w:before="0" w:after="240"/>
      </w:pPr>
      <w:r>
        <w:t>In my current role I modelled coverage and capacity for a regional mobile network using Atoll and QGIS, testing new site options before any field surveys were booked. That work reduced the number of candidate sites sent to survey from 30 to 12 and kept the rollout on schedule. I also prepared the rollout documentation and cost estimates, and coordinated with field teams to resolve access and design issues early, which meant fewer delays once construction started.</w:t>
      </w:r>
    </w:p>
    <w:p>
      <w:pPr>
        <w:spacing w:before="0" w:after="240"/>
      </w:pPr>
      <w:r>
        <w:t>I am particularly interested in [Company Name] because [add one genuine, specific reason: a project, value, or market position you can point to]. I want to bring my planning and modelling skills to a team that is shaping network coverage in Australia.</w:t>
      </w:r>
    </w:p>
    <w:p>
      <w:pPr>
        <w:spacing w:before="0" w:after="240"/>
      </w:pPr>
      <w:r>
        <w:t>Thank you for considering my application. My resume is attached, and I would welcome the chance to discuss how my experience fits your planning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