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Telecommunications Technician</w:t>
      </w:r>
    </w:p>
    <w:p>
      <w:pPr>
        <w:spacing w:before="0" w:after="240"/>
      </w:pPr>
      <w:r>
        <w:t>I am writing to apply for the Telecommunications Technician role at [Company Name]. With hands on experience installing, testing and repairing copper, coaxial and optical fibre networks, I can step into your team and contribute from day one.</w:t>
      </w:r>
    </w:p>
    <w:p>
      <w:pPr>
        <w:spacing w:before="0" w:after="240"/>
      </w:pPr>
      <w:r>
        <w:t>In my current role, I install and terminate cabling across customer premises, exchanges and outside plant. I recently worked on a multi site fibre upgrade where I spliced and tested each link with a fusion splicer and OTDR, confirming the results before handover. When I found a dirty connector and a bend radius issue on one link, I corrected it on site and saved the customer a return visit. I also diagnosed a recurring HFC fault that had been logged several times, traced it to a damaged drop cable and restored a stable service.</w:t>
      </w:r>
    </w:p>
    <w:p>
      <w:pPr>
        <w:spacing w:before="0" w:after="240"/>
      </w:pPr>
      <w:r>
        <w:t>I am applying to [Company Name] because [add one genuine, specific reason: a project, value, or market position you can point to]. I want to bring my fault finding, fibre splicing and safety focused approach to a team that takes pride in reliable network builds and customer service.</w:t>
      </w:r>
    </w:p>
    <w:p>
      <w:pPr>
        <w:spacing w:before="0" w:after="240"/>
      </w:pPr>
      <w:r>
        <w:t>Thank you for considering my application. I have attached my resume and would welcome the opportunity to discuss how my skills and experience can support your network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