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Telemarketer</w:t>
      </w:r>
    </w:p>
    <w:p>
      <w:pPr>
        <w:spacing w:before="0" w:after="240"/>
      </w:pPr>
      <w:r>
        <w:t>I am writing to apply for the Telemarketer position at [Company Name]. With a strong background in outbound calling and a proven ability to meet targets, I am confident I can contribute to your team.</w:t>
      </w:r>
    </w:p>
    <w:p>
      <w:pPr>
        <w:spacing w:before="0" w:after="240"/>
      </w:pPr>
      <w:r>
        <w:t>In my previous role, I consistently met daily call quotas by efficiently working through dialer queues and logging outcomes accurately in Salesforce. I handled objections with approved rebuttals and maintained a professional tone, even when calls ended in hang-ups, which helped maintain a positive brand image. I also adapted scripted pitches to individual customer responses, which improved engagement and conversion rates.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selling and relationship management to your organisation.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