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Test and Tag Technician</w:t>
      </w:r>
    </w:p>
    <w:p>
      <w:pPr>
        <w:spacing w:before="0" w:after="240"/>
      </w:pPr>
      <w:r>
        <w:t>I am writing to apply for the Test and Tag Technician role at [Company Name]. With hands-on experience testing and tagging portable electrical equipment across a range of industries, I am confident I can help your clients maintain safe and compliant workplaces.</w:t>
      </w:r>
    </w:p>
    <w:p>
      <w:pPr>
        <w:spacing w:before="0" w:after="240"/>
      </w:pPr>
      <w:r>
        <w:t>In my current role, I test and tag portable electrical equipment across multiple sites, including construction, hospitality and healthcare. One recent example: I was asked to bring a large manufacturing client's equipment register up to date. I conducted insulation resistance, earth continuity and polarity tests on their power tools and leads, recorded results in PATGuard, and replaced missing or damaged tags. I also advised the client on several faulty items that needed repair. The client passed their next safety audit without any electrical equipment issues.</w:t>
      </w:r>
    </w:p>
    <w:p>
      <w:pPr>
        <w:spacing w:before="0" w:after="240"/>
      </w:pPr>
      <w:r>
        <w:t>I am drawn to [Company Name] because [add one genuine, specific reason: a project, value, or market position you can point to]. I appreciate organisations that prioritise safety and quality, and I would welcome the chance to contribute to your team.</w:t>
      </w:r>
    </w:p>
    <w:p>
      <w:pPr>
        <w:spacing w:before="0" w:after="240"/>
      </w:pPr>
      <w:r>
        <w:t>Thank you for considering my application. I have attached my resume for your review. I look forward to discussing how my test and tag experience can support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