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Theatre Director</w:t>
      </w:r>
    </w:p>
    <w:p>
      <w:pPr>
        <w:spacing w:before="0" w:after="240"/>
      </w:pPr>
      <w:r>
        <w:t>I am writing to apply for the Theatre Director role at [Company Name]. With a background in text-led, ensemble-driven staging and a practical approach to production logistics, I am confident I can bring both artistic clarity and organisational rigour to your upcoming season.</w:t>
      </w:r>
    </w:p>
    <w:p>
      <w:pPr>
        <w:spacing w:before="0" w:after="240"/>
      </w:pPr>
      <w:r>
        <w:t>In my most recent production, I directed a three-show season at a mid-scale venue, managing a cast of twelve and a production budget. I led rehearsal processes that cut preview notes from thirty to fifteen, allowing the creative team to focus on final polish. I also collaborated with set and costume designers to realise a cohesive visual world within a tight changeover window, and the production received positive audience and peer feedback.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contribute to a company that values [something] and to bring my experience in [skill] to your team.</w:t>
      </w:r>
    </w:p>
    <w:p>
      <w:pPr>
        <w:spacing w:before="0" w:after="240"/>
      </w:pPr>
      <w:r>
        <w:t>Thank you for considering my application. My resume is attached, and I would welcome the opportunity to discuss how my directing practice aligns with your vision for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