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Track Rider</w:t>
      </w:r>
    </w:p>
    <w:p>
      <w:pPr>
        <w:spacing w:before="0" w:after="240"/>
      </w:pPr>
      <w:r>
        <w:t>I am writing to apply for the Track Rider role at [Company Name]. With hands-on experience exercising racehorses in morning trackwork and a strong focus on safety and horse welfare, I am confident I can contribute to your training operation.</w:t>
      </w:r>
    </w:p>
    <w:p>
      <w:pPr>
        <w:spacing w:before="0" w:after="240"/>
      </w:pPr>
      <w:r>
        <w:t>In my current role, I ride up to ten horses each morning in timed gallops and pace work, following the trainer's plan for speed, distance and track position. I pay close attention to each horse's gait, breathing and recovery, and report any concerns to the trainer before the horse leaves the track. I also use Equilab and Equisense GPS trackers to monitor workload and record trackwork times accurately in stable management software. This attention to detail has helped reduce minor injuries and improved communication between track riders and stable staff.</w:t>
      </w:r>
    </w:p>
    <w:p>
      <w:pPr>
        <w:spacing w:before="0" w:after="240"/>
      </w:pPr>
      <w:r>
        <w:t>I am particularly drawn to [Company Name] because [add one genuine, specific reason: a project, value, or market position you can point to]. I want to work with a stable that values both performance and horse welfare, and I believe your operation reflects that.</w:t>
      </w:r>
    </w:p>
    <w:p>
      <w:pPr>
        <w:spacing w:before="0" w:after="240"/>
      </w:pPr>
      <w:r>
        <w:t>Thank you for considering my application. I have attached my resume and would welcome the chance to discuss how my trackwork experience and horse handling skills can support your team. I am available for an interview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