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Train Examiner</w:t>
      </w:r>
    </w:p>
    <w:p>
      <w:pPr>
        <w:spacing w:before="0" w:after="240"/>
      </w:pPr>
      <w:r>
        <w:t>I am writing to apply for the Train Examiner role at [Company Name]. With hands-on experience inspecting locomotives and rolling stock, I bring a careful eye for defects and a strong commitment to rail safety compliance.</w:t>
      </w:r>
    </w:p>
    <w:p>
      <w:pPr>
        <w:spacing w:before="0" w:after="240"/>
      </w:pPr>
      <w:r>
        <w:t>In my current position, I inspect passenger carriages and locomotives daily, testing braking and signalling systems and recording findings in the CMMS. One example: I identified a recurring wear pattern on brake pads across several carriages, which I reported and coordinated with maintenance to address before it caused unplanned downtime. This proactive approach kept the fleet compliant and reduced last-minute repairs.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contribute to a team that takes safety and reliability seriously.</w:t>
      </w:r>
    </w:p>
    <w:p>
      <w:pPr>
        <w:spacing w:before="0" w:after="240"/>
      </w:pPr>
      <w:r>
        <w:t>Thank you for considering my application. I have attached my resume and look forward to discussing how my inspection and compliance skills can support your operations.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