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Transport Engineer</w:t>
      </w:r>
    </w:p>
    <w:p>
      <w:pPr>
        <w:spacing w:before="0" w:after="240"/>
      </w:pPr>
      <w:r>
        <w:t>I am writing to apply for the Transport Engineer role at [Company Name]. With a background in traffic modelling, road design and transport planning, I am confident I can contribute to your team from day one.</w:t>
      </w:r>
    </w:p>
    <w:p>
      <w:pPr>
        <w:spacing w:before="0" w:after="240"/>
      </w:pPr>
      <w:r>
        <w:t>In a recent project, I modelled traffic demand for an arterial road upgrade using VISSIM, then worked with the design team to adjust lane configuration and signal phasing. The revised scheme reduced predicted delays at the main intersection from over four minutes to under two, and it was accepted by the state road authority without major changes. I also prepared the traffic impact assessment and road safety audit documentation, which helped the project move through planning approvals smoothly.</w:t>
      </w:r>
    </w:p>
    <w:p>
      <w:pPr>
        <w:spacing w:before="0" w:after="240"/>
      </w:pPr>
      <w:r>
        <w:t>Why this employer: [add one genuine, specific reason: a project, value, or market position you can point to]. I am keen to bring my skills in SIDRA Intersection, AutoCAD Civil 3D and stakeholder management to [Company Name] and to work on transport solutions that make a real difference to communities.</w:t>
      </w:r>
    </w:p>
    <w:p>
      <w:pPr>
        <w:spacing w:before="0" w:after="240"/>
      </w:pPr>
      <w:r>
        <w:t>Thank you for considering my application. My resume is attached, and I would welcome the chance to discuss how I can contribute to your transport projects.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