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Travel Agent</w:t>
      </w:r>
    </w:p>
    <w:p>
      <w:pPr>
        <w:spacing w:before="0" w:after="240"/>
      </w:pPr>
      <w:r>
        <w:t>I'm writing to apply for the Travel Agent position at [Company Name]. I've spent my career booking and managing travel for leisure and corporate clients, and I'm comfortable working across GDS platforms, supplier portals and tight deadlines to get people where they need to be.</w:t>
      </w:r>
    </w:p>
    <w:p>
      <w:pPr>
        <w:spacing w:before="0" w:after="240"/>
      </w:pPr>
      <w:r>
        <w:t>In a previous role I put together a multi-city itinerary for a client group with a fixed budget and conflicting date preferences, coordinating flights, accommodation and transfers across several suppliers without blowing the budget. When one leg was cancelled two days out, I rebooked the group onto an alternative route and kept everyone informed by phone and email until they landed. That kind of problem solving under pressure is where I do my best work.</w:t>
      </w:r>
    </w:p>
    <w:p>
      <w:pPr>
        <w:spacing w:before="0" w:after="240"/>
      </w:pPr>
      <w:r>
        <w:t>[add one genuine, specific reason: a project, value, or market position you can point to] is part of why I want to work at [Company Name] specifically, rather than send a generic application to any agency.</w:t>
      </w:r>
    </w:p>
    <w:p>
      <w:pPr>
        <w:spacing w:before="0" w:after="240"/>
      </w:pPr>
      <w:r>
        <w:t>Thank you for considering my application. I've attached my resume with more detail on my booking systems experience and client management background,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