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Truck Offsider</w:t>
      </w:r>
    </w:p>
    <w:p>
      <w:pPr>
        <w:spacing w:before="0" w:after="240"/>
      </w:pPr>
      <w:r>
        <w:t>I'm applying for the Truck Offsider role with [Company Name]. I've worked the freight side of multi-drop runs for several years now, and the parts of the job I'm strongest at are the ones that keep a truck moving: loading to plan, securing properly and getting the paperwork right at the door.</w:t>
      </w:r>
    </w:p>
    <w:p>
      <w:pPr>
        <w:spacing w:before="0" w:after="240"/>
      </w:pPr>
      <w:r>
        <w:t>In my current offsider role I run with a driver on a mixed retail and wholesale route, and I check every delivery docket against the freight before we leave the yard. That habit caught a pallet of mislabelled stock before it went out to a regular account, which saved the customer a failed delivery and saved us a return trip. On the road I handle the reversing guidance at tight docks and take the signatures and EPOD entries at each stop, so the driver stays on the clock and the run stays on schedule.</w:t>
      </w:r>
    </w:p>
    <w:p>
      <w:pPr>
        <w:spacing w:before="0" w:after="240"/>
      </w:pPr>
      <w:r>
        <w:t>What draws me to [add one genuine, specific reason: a project, value, or market position you can point to]. I want to work somewhere the offsider is treated as part of the crew rather than a spare pair of hands, and where the load restraint and safety expectations are clear from day one.</w:t>
      </w:r>
    </w:p>
    <w:p>
      <w:pPr>
        <w:spacing w:before="0" w:after="240"/>
      </w:pPr>
      <w:r>
        <w:t>Thanks for considering my application. My resume is attached and sets out my licences, equipment experience and freight background. I'm available for an early-morning start and happy to complete any pre-employment medical, drug and alcohol screen or depot induction you require.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