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Tutor</w:t>
      </w:r>
    </w:p>
    <w:p>
      <w:pPr>
        <w:spacing w:before="0" w:after="240"/>
      </w:pPr>
      <w:r>
        <w:t>I'm writing to apply for the Tutor position at [Company Name]. I work well with students one-on-one and in small groups, and I like the fact that tutoring lets you actually close the specific gap a student has, rather than teaching to the whole class.</w:t>
      </w:r>
    </w:p>
    <w:p>
      <w:pPr>
        <w:spacing w:before="0" w:after="240"/>
      </w:pPr>
      <w:r>
        <w:t>In a recent tutoring block I worked with a student who was consistently losing marks on exam technique rather than content knowledge. I built a short program around past paper analysis and timed practice, and by the end of the term the student was finishing papers with time to check answers instead of rushing the last section. I report progress like this to parents in plain language, not vague praise, because that's what actually helps them decide whether the tutoring is working.</w:t>
      </w:r>
    </w:p>
    <w:p>
      <w:pPr>
        <w:spacing w:before="0" w:after="240"/>
      </w:pPr>
      <w:r>
        <w:t>[Company Name] stood out to me because [add one genuine, specific reason: a project, value, or market position you can point to]. That matters to me because I want to tutor somewhere that treats the work as more than a stopgap before exams.</w:t>
      </w:r>
    </w:p>
    <w:p>
      <w:pPr>
        <w:spacing w:before="0" w:after="240"/>
      </w:pPr>
      <w:r>
        <w:t>Thank you for considering my application. I've attached my resume and would welcome the chance to discuss how I could support your students.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