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Typist</w:t>
      </w:r>
    </w:p>
    <w:p>
      <w:pPr>
        <w:spacing w:before="0" w:after="240"/>
      </w:pPr>
      <w:r>
        <w:t>I am applying for the Typist position at [Company Name]. My background is in document production from handwritten drafts, dictation and audio recordings, and I am used to working to same-day and next-day deadlines without letting accuracy slip.</w:t>
      </w:r>
    </w:p>
    <w:p>
      <w:pPr>
        <w:spacing w:before="0" w:after="240"/>
      </w:pPr>
      <w:r>
        <w:t>In my most recent role I took over a weekly backlog of dictated correspondence and clinical letters that had been sitting for over a week. I set up a simple queue in a spreadsheet, transcribed the oldest items first, and queried unclear names and terms with the author in a single batch rather than interrupting them repeatedly. The backlog was cleared within two days and stayed clear, and the number of documents returned for correction dropped noticeably because I proofread each one against the house style guide before sending it out.</w:t>
      </w:r>
    </w:p>
    <w:p>
      <w:pPr>
        <w:spacing w:before="0" w:after="240"/>
      </w:pPr>
      <w:r>
        <w:t>Why I want to work for [Company Name] comes down to [add one genuine, specific reason: a project, value, or market position you can point to]. I would rather produce documents for an organisation whose work I can describe in that level of detail than send a generic application.</w:t>
      </w:r>
    </w:p>
    <w:p>
      <w:pPr>
        <w:spacing w:before="0" w:after="240"/>
      </w:pPr>
      <w:r>
        <w:t>Thank you for considering my application. My resume is attached, and I would welcome the chance to complete a typing or transcription test as part of your process.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