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Tyre Fitter</w:t>
      </w:r>
    </w:p>
    <w:p>
      <w:pPr>
        <w:spacing w:before="0" w:after="240"/>
      </w:pPr>
      <w:r>
        <w:t>I'm writing to apply for the Tyre Fitter position with [Company Name]. I've spent time on tyre bays fitting, balancing and repairing tyres across a range of vehicles, and I'm looking for a workshop where I can keep building on that experience.</w:t>
      </w:r>
    </w:p>
    <w:p>
      <w:pPr>
        <w:spacing w:before="0" w:after="240"/>
      </w:pPr>
      <w:r>
        <w:t>In my most recent role I worked through a steady flow of walk-in and booked jobs each day, fitting tyres, balancing wheels and repairing punctures without cutting corners on safety checks. I got comfortable spotting tread wear and sidewall damage that others might miss, and explaining to customers in plain terms why a repair wasn't appropriate and a replacement was needed.</w:t>
      </w:r>
    </w:p>
    <w:p>
      <w:pPr>
        <w:spacing w:before="0" w:after="240"/>
      </w:pPr>
      <w:r>
        <w:t>I'd like to work at [Company Name] because [add one genuine, specific reason: a project, value, or market position you can point to]. It's the kind of environment where I think my attention to detail and customer approach would fit well.</w:t>
      </w:r>
    </w:p>
    <w:p>
      <w:pPr>
        <w:spacing w:before="0" w:after="240"/>
      </w:pPr>
      <w:r>
        <w:t>Thank you for considering my application. I've attached my resume and would welcome the chance to discuss how I can contribute to the team at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