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Union Organiser</w:t>
      </w:r>
    </w:p>
    <w:p>
      <w:pPr>
        <w:spacing w:before="0" w:after="240"/>
      </w:pPr>
      <w:r>
        <w:t>I am writing to apply for the Union Organiser role at [Company Name]. With hands-on experience in member recruitment, workplace representation and campaign coordination, I am confident I can build union power across the worksites you cover.</w:t>
      </w:r>
    </w:p>
    <w:p>
      <w:pPr>
        <w:spacing w:before="0" w:after="240"/>
      </w:pPr>
      <w:r>
        <w:t>In my previous organising role, I took on a worksite with low membership density and no active delegates. I spent three months mapping the workplace, holding one-on-one conversations with workers across shifts, and supporting a small group of members to form a workplace committee. That committee then led a successful campaign for better rostering, and membership at the site grew by [X]% over the following year. The experience taught me that sustainable organising comes from listening first and letting members set the agenda.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particularly drawn to the way your union approaches industry-wide campaigning and delegate development, and I would welcome the chance to contribute to that work.</w:t>
      </w:r>
    </w:p>
    <w:p>
      <w:pPr>
        <w:spacing w:before="0" w:after="240"/>
      </w:pPr>
      <w:r>
        <w:t>Thank you for considering my application. I have attached my resume for your review and would be glad to discuss how my experience in organising, dispute resolution and member engagement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