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Urologist</w:t>
      </w:r>
    </w:p>
    <w:p>
      <w:pPr>
        <w:spacing w:before="0" w:after="240"/>
      </w:pPr>
      <w:r>
        <w:t>I am writing to express my interest in the Urologist position at [Company Name]. With extensive experience in diagnosing and treating conditions of the urinary tract and male reproductive system, I am confident in my ability to contribute to your team.</w:t>
      </w:r>
    </w:p>
    <w:p>
      <w:pPr>
        <w:spacing w:before="0" w:after="240"/>
      </w:pPr>
      <w:r>
        <w:t>In my current role, I have performed more than 200 robotic assisted radical prostatectomies using the da Vinci Surgical System, consistently focusing on nerve sparing techniques to preserve continence and potency. I also streamlined the cystoscopy clinic workflow, reducing patient wait times from two weeks to three days while maintaining a low complication rate.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robotic surgery and patient centred care to your team.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experience aligns with the needs of your practice.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