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UX Designer</w:t>
      </w:r>
    </w:p>
    <w:p>
      <w:pPr>
        <w:spacing w:before="0" w:after="240"/>
      </w:pPr>
      <w:r>
        <w:t>I'm writing to apply for the UX Designer position at [Company Name]. My background in user research, wireframing and iterative prototyping lines up closely with what this role needs, and I'm keen to bring that to a team building products people actually enjoy using.</w:t>
      </w:r>
    </w:p>
    <w:p>
      <w:pPr>
        <w:spacing w:before="0" w:after="240"/>
      </w:pPr>
      <w:r>
        <w:t>In my most recent design work, I ran a round of usability testing on a core user flow that support tickets had flagged as confusing. The sessions surfaced a handful of clear pain points, which I turned into revised wireframes and a working Figma prototype. A second round of testing against the same tasks showed better completion rates, and the related support queries dropped off noticeably.</w:t>
      </w:r>
    </w:p>
    <w:p>
      <w:pPr>
        <w:spacing w:before="0" w:after="240"/>
      </w:pPr>
      <w:r>
        <w:t>[add one genuine, specific reason: a project, value, or market position you can point to] is what draws me to this role specifically, beyond the job description itself.</w:t>
      </w:r>
    </w:p>
    <w:p>
      <w:pPr>
        <w:spacing w:before="0" w:after="240"/>
      </w:pPr>
      <w:r>
        <w:t>Thank you for considering my application. I've attached my resume with more detail on my design process and the tools I use, and I'd welcome the chance to talk through how I could contribute to your product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