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Vascular Surgeon</w:t>
      </w:r>
    </w:p>
    <w:p>
      <w:pPr>
        <w:spacing w:before="0" w:after="240"/>
      </w:pPr>
      <w:r>
        <w:t>I am writing to apply for the position of Vascular Surgeon at [Company Name]. With fellowship training in vascular surgery and extensive experience in both open and endovascular techniques, I am confident I can contribute to your team and uphold your standards of patient care.</w:t>
      </w:r>
    </w:p>
    <w:p>
      <w:pPr>
        <w:spacing w:before="0" w:after="240"/>
      </w:pPr>
      <w:r>
        <w:t>In my current role, I lead a weekly multidisciplinary clinic for patients with peripheral artery disease. By refining the referral and assessment pathway, I reduced the average time from initial referral to definitive treatment from six weeks to three, ensuring timely intervention for patients at risk of limb loss. I also perform a high volume of endovascular aneurysm repairs and have maintained low complication rates through careful patient selection and meticulous post-operative follow-up.</w:t>
      </w:r>
    </w:p>
    <w:p>
      <w:pPr>
        <w:spacing w:before="0" w:after="240"/>
      </w:pPr>
      <w:r>
        <w:t>I am particularly drawn to [Company Name] because [add one genuine, specific reason: a project, value, or market position you can point to]. I am eager to bring my clinical expertise and commitment to quality improvement to your service.</w:t>
      </w:r>
    </w:p>
    <w:p>
      <w:pPr>
        <w:spacing w:before="0" w:after="240"/>
      </w:pPr>
      <w:r>
        <w:t>Thank you for considering my application. I have attached my resume with further detail on my experience and qualifications. I look forward to the opportunity to discuss how I can contribute to your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