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Vegetable Grower</w:t>
      </w:r>
    </w:p>
    <w:p>
      <w:pPr>
        <w:spacing w:before="0" w:after="240"/>
      </w:pPr>
      <w:r>
        <w:t>I am writing to apply for the Vegetable Grower position at [Company Name]. With practical experience across soil preparation, irrigation, pest management and harvest coordination, I am confident I can contribute to your production team from day one.</w:t>
      </w:r>
    </w:p>
    <w:p>
      <w:pPr>
        <w:spacing w:before="0" w:after="240"/>
      </w:pPr>
      <w:r>
        <w:t>In my previous role, I managed irrigation and crop monitoring for a mixed vegetable operation. I introduced a scheduling system using soil moisture probes and irrigation controllers that cut water use noticeably while maintaining yields. I also led a harvest crew of 12 during peak season, meeting daily orders for local supermarkets and reducing produce waste through better cold storage management.</w:t>
      </w:r>
    </w:p>
    <w:p>
      <w:pPr>
        <w:spacing w:before="0" w:after="240"/>
      </w:pPr>
      <w:r>
        <w:t>I am drawn to [Company Name] because [add one genuine, specific reason: a project, value, or market position you can point to]. I would welcome the opportunity to contribute to your team and learn from your approach to vegetable production.</w:t>
      </w:r>
    </w:p>
    <w:p>
      <w:pPr>
        <w:spacing w:before="0" w:after="240"/>
      </w:pPr>
      <w:r>
        <w:t>Thank you for considering my application. I have attached my resume for your review and look forward to discussing how I can support your farm.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