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Vehicle Body Builder</w:t>
      </w:r>
    </w:p>
    <w:p>
      <w:pPr>
        <w:spacing w:before="0" w:after="240"/>
      </w:pPr>
      <w:r>
        <w:t>I am writing to apply for the Vehicle Body Builder role at [Company Name]. With hands-on experience fabricating and assembling vehicle bodies, I am confident I can contribute to your team.</w:t>
      </w:r>
    </w:p>
    <w:p>
      <w:pPr>
        <w:spacing w:before="0" w:after="240"/>
      </w:pPr>
      <w:r>
        <w:t>In my current position, I build bus bodies from bare chassis. I read blueprints to cut and shape sheet metal, then weld and rivet sections to exact tolerances. Recently, I completed a run of 15 trailers, fitting windows, doors and access panels, and aligning components so they passed inspection first time. I also work with MIG and TIG welders and plasma cutters to deliver clean, strong joins.</w:t>
      </w:r>
    </w:p>
    <w:p>
      <w:pPr>
        <w:spacing w:before="0" w:after="240"/>
      </w:pPr>
      <w:r>
        <w:t>I am particularly interested in working for [Company Name] because [add one genuine, specific reason: a project, value, or market position you can point to]. I want to bring my fabrication skills to a team that values quality and safety.</w:t>
      </w:r>
    </w:p>
    <w:p>
      <w:pPr>
        <w:spacing w:before="0" w:after="240"/>
      </w:pPr>
      <w:r>
        <w:t>Thank you for considering my application. My resume is attached, and I look forward to discussing how I can contribute to your workshop.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