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Vessel Traffic Service Operator</w:t>
      </w:r>
    </w:p>
    <w:p>
      <w:pPr>
        <w:spacing w:before="0" w:after="240"/>
      </w:pPr>
      <w:r>
        <w:t>I am writing to apply for the Vessel Traffic Service Operator role at [Company Name]. With hands-on experience monitoring vessel movements using radar and AIS, and issuing clearances to ship masters and pilots over VHF radio, I am confident I can contribute to safe and efficient port operations from my first watch.</w:t>
      </w:r>
    </w:p>
    <w:p>
      <w:pPr>
        <w:spacing w:before="0" w:after="240"/>
      </w:pPr>
      <w:r>
        <w:t>In my current role, I coordinated traffic clearances during peak arrivals, cutting average clearance time from five minutes to three by standardising radio phraseology and using AIS data to sequence vessels more effectively. I also helped design and run an emergency response exercise involving multiple tugs and a visiting naval vessel, which improved radio discipline and reduced confusion during a simulated close-quarters situation. My logs and handovers are consistently noted for accuracy and detail, supporting both routine reporting and incident reviews.</w:t>
      </w:r>
    </w:p>
    <w:p>
      <w:pPr>
        <w:spacing w:before="0" w:after="240"/>
      </w:pPr>
      <w:r>
        <w:t>I am interested in working for [Company Name] because [add one genuine, specific reason: a project, value, or market position you can point to]. I would welcome the chance to bring my VTS experience to your team and support your port's safety and efficiency goals.</w:t>
      </w:r>
    </w:p>
    <w:p>
      <w:pPr>
        <w:spacing w:before="0" w:after="240"/>
      </w:pPr>
      <w:r>
        <w:t>Thank you for considering my application. I have attached my resume, which details my experience in vessel traffic coordination, emergency response, and port management systems. I look forward to the opportunity to discuss how I can contribute to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