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VET Trainer</w:t>
      </w:r>
    </w:p>
    <w:p>
      <w:pPr>
        <w:spacing w:before="0" w:after="240"/>
      </w:pPr>
      <w:r>
        <w:t>I am writing to apply for the VET Trainer position at [Company Name]. My background combines hands-on trade or industry experience with a Certificate IV in Training and Assessment, and I bring both into the classroom and workshop to help learners build job-ready skills.</w:t>
      </w:r>
    </w:p>
    <w:p>
      <w:pPr>
        <w:spacing w:before="0" w:after="240"/>
      </w:pPr>
      <w:r>
        <w:t>In my most recent training role, I noticed students were passing theory assessments but struggling to demonstrate the same skills under realistic workplace conditions. I rebuilt the practical assessment task around a simulated workplace scenario with a clearer observation checklist, which lifted first-attempt competency outcomes and cut down the number of learners needing reassessment. That experience shaped how I now approach curriculum design: start from what the workplace actually demands, then work backwards into the lesson.</w:t>
      </w:r>
    </w:p>
    <w:p>
      <w:pPr>
        <w:spacing w:before="0" w:after="240"/>
      </w:pPr>
      <w:r>
        <w:t>[Company Name] [add one genuine, specific reason: a project, value, or market position you can point to], and that's the kind of training environment I want to contribute to. I'm particularly drawn to organisations that treat compliance as a baseline rather than the whole job, and put real weight on learner outcomes and industry currency.</w:t>
      </w:r>
    </w:p>
    <w:p>
      <w:pPr>
        <w:spacing w:before="0" w:after="240"/>
      </w:pPr>
      <w:r>
        <w:t>Thank you for considering my application. I've attached my resume, which sets out my training delivery, assessment and compliance experience in more detail, and I'd welcome the chance to discuss how I could contribute to your VET programs.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