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Veterinarian</w:t>
      </w:r>
    </w:p>
    <w:p>
      <w:pPr>
        <w:spacing w:before="0" w:after="240"/>
      </w:pPr>
      <w:r>
        <w:t>I'm writing to apply for the Veterinarian position at [Company Name]. My clinical experience across diagnosis, surgery and preventive care, combined with a steady approach to client communication, makes me a strong fit for a busy practice caseload.</w:t>
      </w:r>
    </w:p>
    <w:p>
      <w:pPr>
        <w:spacing w:before="0" w:after="240"/>
      </w:pPr>
      <w:r>
        <w:t>In my most recent role I managed a mixed caseload that included pre-anaesthetic assessments, soft tissue surgery and follow-up consultations for chronic conditions. One case that stands out involved a dog presenting with non-specific lethargy: a thorough clinical workup and blood analysis pointed to an underlying condition that responded well to early treatment, and the owner became one of the clinic's most consistent clients for preventive check-ups afterwards.</w:t>
      </w:r>
    </w:p>
    <w:p>
      <w:pPr>
        <w:spacing w:before="0" w:after="240"/>
      </w:pPr>
      <w:r>
        <w:t>What draws me to [Company Name] is [add one genuine, specific reason: a project, value, or market position you can point to]. I want to bring my clinical judgement and record-keeping discipline to a team that shares that focus.</w:t>
      </w:r>
    </w:p>
    <w:p>
      <w:pPr>
        <w:spacing w:before="0" w:after="240"/>
      </w:pPr>
      <w:r>
        <w:t>Thank you for considering my application. I've attached my resume and would welcome the chance to discuss how my clinical background could contribute 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