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Video Producer</w:t>
      </w:r>
    </w:p>
    <w:p>
      <w:pPr>
        <w:spacing w:before="0" w:after="240"/>
      </w:pPr>
      <w:r>
        <w:t>I am writing to apply for the Video Producer role at [Company Name]. With a background in managing video projects from concept through to final delivery, I am confident I can help your team produce content that engages audiences and meets client objectives.</w:t>
      </w:r>
    </w:p>
    <w:p>
      <w:pPr>
        <w:spacing w:before="0" w:after="240"/>
      </w:pPr>
      <w:r>
        <w:t>In a recent project, I produced a series of corporate videos for a client with a tight deadline. I coordinated the schedule across three shoot days and two editing suites, directed the crew on set, and oversaw post-production. By keeping the workflow tight, we delivered the full series two days ahead of schedule and the client used the content across their internal training and external marketing.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I have attached my resume and look forward to the opportunity to discuss how my experience can contribute to your upcoming productions.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