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Vineyard Worker</w:t>
      </w:r>
    </w:p>
    <w:p>
      <w:pPr>
        <w:spacing w:before="0" w:after="240"/>
      </w:pPr>
      <w:r>
        <w:t>I am writing to apply for the Vineyard Worker position at [Company Name]. With hands-on experience in pruning, trellising, and harvest operations, I am confident I can contribute to your vineyard team.</w:t>
      </w:r>
    </w:p>
    <w:p>
      <w:pPr>
        <w:spacing w:before="0" w:after="240"/>
      </w:pPr>
      <w:r>
        <w:t>In my previous role, I pruned and trained vines across a 20-hectare block, which improved canopy management and sunlight exposure. I also operated tractors and ATVs for spraying and mowing, ensuring treatments were applied on time. During harvest, I worked as part of a crew, hand-picking grapes to strict quality standards.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commitment to producing high-quality grapes and would welcome the opportunity to contribute.</w:t>
      </w:r>
    </w:p>
    <w:p>
      <w:pPr>
        <w:spacing w:before="0" w:after="240"/>
      </w:pPr>
      <w:r>
        <w:t>Thank you for considering my application. I have attached my resume for your review and look forward to the opportunity to discuss how I can support your vineyard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