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Virtual Assistant</w:t>
      </w:r>
    </w:p>
    <w:p>
      <w:pPr>
        <w:spacing w:before="0" w:after="240"/>
      </w:pPr>
      <w:r>
        <w:t>I am writing to apply for the virtual assistant role at [Company Name]. With a background in remote administration and bookkeeping, I keep calendars, inboxes and client records running smoothly without needing to be in the same office.</w:t>
      </w:r>
    </w:p>
    <w:p>
      <w:pPr>
        <w:spacing w:before="0" w:after="240"/>
      </w:pPr>
      <w:r>
        <w:t>In my current work with small business clients, I took over a messy scheduling system that was causing double bookings and missed follow-ups. I moved everything into Calendly and Google Calendar, set clear time zone rules, and built a shared task list in Asana. Within a month, the client stopped losing track of appointments and could see exactly what was outstanding each week.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keen to bring my remote admin skills to your team and support your clients with the same care.</w:t>
      </w:r>
    </w:p>
    <w:p>
      <w:pPr>
        <w:spacing w:before="0" w:after="240"/>
      </w:pPr>
      <w:r>
        <w:t>Thank you for considering my application. My resume is attached, and I would welcome the chance to talk about how I can help your business stay organised.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