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Visual Artist</w:t>
      </w:r>
    </w:p>
    <w:p>
      <w:pPr>
        <w:spacing w:before="0" w:after="240"/>
      </w:pPr>
      <w:r>
        <w:t>I'm writing to apply for the Visual Artist role with [Company Name]. My practice sits across painting, printmaking and digital work, and I've spent the past several years balancing studio production with commissions, exhibitions and direct sales, which is the mix this position calls for.</w:t>
      </w:r>
    </w:p>
    <w:p>
      <w:pPr>
        <w:spacing w:before="0" w:after="240"/>
      </w:pPr>
      <w:r>
        <w:t>The work I'd point to first is a commission I took from a rough client brief through to installation. The site was a busy foyer with strong afternoon sun, so before I committed to a surface I ran test panels with three different varnishes and left them near a window for a couple of months to see which one held its colour. I built the piece in three panels so it could be moved through a narrow access door, documented every mix so a companion work could be matched later, and installed it across two evenings to avoid disrupting the building. The client came back the following year for a second piece, and the process notes from that job now sit behind most of my larger work.</w:t>
      </w:r>
    </w:p>
    <w:p>
      <w:pPr>
        <w:spacing w:before="0" w:after="240"/>
      </w:pPr>
      <w:r>
        <w:t>[add one genuine, specific reason: a project, value, or market position you can point to]</w:t>
      </w:r>
    </w:p>
    <w:p>
      <w:pPr>
        <w:spacing w:before="0" w:after="240"/>
      </w:pPr>
      <w:r>
        <w:t>Thank you for considering my application. My resume is attached, and I'm happy to bring a portfolio of recent work to a conversation at your convenience.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