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Viticulturist</w:t>
      </w:r>
    </w:p>
    <w:p>
      <w:pPr>
        <w:spacing w:before="0" w:after="240"/>
      </w:pPr>
      <w:r>
        <w:t>I'm writing to apply for the Viticulturist role at [Company Name]. Vineyard work has given me a practical understanding of how soil, climate and canopy decisions come together to shape fruit quality, and I'd like to bring that to your vineyard team.</w:t>
      </w:r>
    </w:p>
    <w:p>
      <w:pPr>
        <w:spacing w:before="0" w:after="240"/>
      </w:pPr>
      <w:r>
        <w:t>In a recent season I noticed early signs of downy mildew during a routine block walk and adjusted the spray program before symptoms spread across the site. Combined with tighter canopy management, that call kept disease pressure well below the previous year's levels and protected the fruit going into harvest. It's the kind of decision that comes from being in the vines regularly, not just reading the weather station data.</w:t>
      </w:r>
    </w:p>
    <w:p>
      <w:pPr>
        <w:spacing w:before="0" w:after="240"/>
      </w:pPr>
      <w:r>
        <w:t>[add one genuine, specific reason: a project, value, or market position you can point to] is what draws me to [Company Name] specifically. I want to work somewhere that treats vineyard decisions as part of a longer-term quality story, not just a seasonal task list.</w:t>
      </w:r>
    </w:p>
    <w:p>
      <w:pPr>
        <w:spacing w:before="0" w:after="240"/>
      </w:pPr>
      <w:r>
        <w:t>Thank you for considering my application. I've attached my resume with further detail on my vineyard experience and would welcome the chance to discuss how I could contribute to your team this season.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