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Volunteer Coordinator</w:t>
      </w:r>
    </w:p>
    <w:p>
      <w:pPr>
        <w:spacing w:before="0" w:after="240"/>
      </w:pPr>
      <w:r>
        <w:t>I am writing to apply for the Volunteer Coordinator role at [Company Name]. With hands-on experience recruiting, rostering and supporting volunteers across community programs, I can step into the role and keep your programs staffed and compliant.</w:t>
      </w:r>
    </w:p>
    <w:p>
      <w:pPr>
        <w:spacing w:before="0" w:after="240"/>
      </w:pPr>
      <w:r>
        <w:t>In my current role, I rebuilt the roster for a meals program across three sites using Rosterfy, cutting unfilled shifts from around 15 a month to fewer than five. I also implemented a streamlined onboarding process in Better Impact that reduced the time from enquiry to first shift from three weeks to ten days, which meant volunteers started contributing sooner and felt part of the team from day one.</w:t>
      </w:r>
    </w:p>
    <w:p>
      <w:pPr>
        <w:spacing w:before="0" w:after="240"/>
      </w:pPr>
      <w:r>
        <w:t>I am drawn to [Company Name] because of your [add one genuine, specific reason: a project, value, or market position you can point to]. I want to bring my experience in volunteer coordination to an organisation where community engagement is central to the work.</w:t>
      </w:r>
    </w:p>
    <w:p>
      <w:pPr>
        <w:spacing w:before="0" w:after="240"/>
      </w:pPr>
      <w:r>
        <w:t>Thank you for considering my application. I have attached my resume and would welcome the chance to discuss how I can support your volunteer programs.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