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Waiter</w:t>
      </w:r>
    </w:p>
    <w:p>
      <w:pPr>
        <w:spacing w:before="0" w:after="240"/>
      </w:pPr>
      <w:r>
        <w:t>I'm writing to apply for the Waiter position at [Company Name]. I bring solid front-of-house experience, comfort with fast-paced service, and a track record of keeping customers satisfied from the moment they sit down to the moment they pay.</w:t>
      </w:r>
    </w:p>
    <w:p>
      <w:pPr>
        <w:spacing w:before="0" w:after="240"/>
      </w:pPr>
      <w:r>
        <w:t>In my most recent role, I managed a section of tables during peak dinner service, taking orders accurately on both order pads and POS, timing courses with the kitchen, and clearing and resetting tables quickly enough to keep wait times down for the next sitting. When a mix-up on a large order came back wrong, I flagged it with the kitchen straight away, kept the table informed, and offered a complimentary drink while the corrected dish was prepared, turning a potential complaint into a good review.</w:t>
      </w:r>
    </w:p>
    <w:p>
      <w:pPr>
        <w:spacing w:before="0" w:after="240"/>
      </w:pPr>
      <w:r>
        <w:t>[Company Name] stands out to me because [add one genuine, specific reason: a project, value, or market position you can point to]. That's the kind of environment where I want to bring my service standards and reliability.</w:t>
      </w:r>
    </w:p>
    <w:p>
      <w:pPr>
        <w:spacing w:before="0" w:after="240"/>
      </w:pPr>
      <w:r>
        <w:t>Thank you for considering my application. I've attached my resume and would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