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Ward Clerk</w:t>
      </w:r>
    </w:p>
    <w:p>
      <w:pPr>
        <w:spacing w:before="0" w:after="240"/>
      </w:pPr>
      <w:r>
        <w:t>I am writing to apply for the Ward Clerk role at [Company Name]. With a background in hospital administration and patient records, I am confident I can support your ward's day to day operations and keep clinical staff focused on patient care.</w:t>
      </w:r>
    </w:p>
    <w:p>
      <w:pPr>
        <w:spacing w:before="0" w:after="240"/>
      </w:pPr>
      <w:r>
        <w:t>In my current role, I manage admissions and discharges across a busy ward using iPM, keeping patient records current and coordinating transfers so patients move without unnecessary delays. I also handle a high volume of telephone and in-person enquiries from staff, patients and visitors, and I have improved the way ward paperwork is filed so records are easier for nurses to retrieve during rounds.</w:t>
      </w:r>
    </w:p>
    <w:p>
      <w:pPr>
        <w:spacing w:before="0" w:after="240"/>
      </w:pPr>
      <w:r>
        <w:t>I want to work for [Company Name] because [add one genuine, specific reason: a project, value, or market position you can point to]. I am drawn to your reputation for patient-centred care and your investment in administrative systems that support clinical teams.</w:t>
      </w:r>
    </w:p>
    <w:p>
      <w:pPr>
        <w:spacing w:before="0" w:after="240"/>
      </w:pPr>
      <w:r>
        <w:t>Thank you for considering my application. My resume is attached, and I would appreciate the opportunity to discuss how I can support your ward.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