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Warehouse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Warehouse Administrator with a strong background in inventory records and shipment documentation. Skilled at keeping stock systems accurate and coordinating despatch to meet customer deadlines. Combines attention to detail with clear communication across warehouse and transport teams.</w:t>
      </w:r>
    </w:p>
    <w:p>
      <w:pPr>
        <w:spacing w:before="280" w:after="120"/>
        <w:jc w:val="left"/>
        <w:pBdr>
          <w:bottom w:val="single" w:sz="6" w:space="4" w:color="DFDED8"/>
        </w:pBdr>
      </w:pPr>
      <w:r>
        <w:rPr>
          <w:b/>
          <w:color w:val="2F62D9"/>
          <w:sz w:val="22"/>
        </w:rPr>
        <w:t>KEY SKILLS</w:t>
      </w:r>
    </w:p>
    <w:p>
      <w:pPr>
        <w:spacing w:before="0" w:after="200"/>
        <w:jc w:val="left"/>
      </w:pPr>
      <w:r>
        <w:t>Inventory management   •   Warehousing and despatch   •   Warehouse management systems (WMS)   •   Microsoft Excel   •   SAP   •   RF barcode scanners   •   Transport management systems (TMS)   •   Attention to detail   •   Written communication   •   Digital literacy   •   Customer service   •   Problem solving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Warehouse Administrator</w:t>
      </w:r>
      <w:r>
        <w:t>, [Company Name], [City]</w:t>
      </w:r>
      <w:r>
        <w:rPr>
          <w:i/>
        </w:rPr>
        <w:tab/>
        <w:t>[Month Year] – [Month Year / Present]</w:t>
      </w:r>
    </w:p>
    <w:p>
      <w:pPr>
        <w:pStyle w:val="ListBullet"/>
        <w:spacing w:after="80" w:line="276" w:lineRule="auto"/>
      </w:pPr>
      <w:r>
        <w:t>Reconciled daily stock counts against WMS data, investigating discrepancies and correcting records to maintain inventory accuracy across a 40-person warehouse.</w:t>
      </w:r>
    </w:p>
    <w:p>
      <w:pPr>
        <w:pStyle w:val="ListBullet"/>
        <w:spacing w:after="80" w:line="276" w:lineRule="auto"/>
      </w:pPr>
      <w:r>
        <w:t>Processed inbound and outbound shipment documentation, including consignment notes and delivery dockets, for a high-volume despatch team.</w:t>
      </w:r>
    </w:p>
    <w:p>
      <w:pPr>
        <w:pStyle w:val="ListBullet"/>
        <w:spacing w:after="80" w:line="276" w:lineRule="auto"/>
      </w:pPr>
      <w:r>
        <w:t>Prepared picking slips and coordinated with drivers to schedule deliveries, reducing turnaround from order receipt to despatch from five days to three.</w:t>
      </w:r>
    </w:p>
    <w:p>
      <w:pPr>
        <w:pStyle w:val="ListBullet"/>
        <w:spacing w:after="80" w:line="276" w:lineRule="auto"/>
      </w:pPr>
      <w:r>
        <w:t>Maintained inventory records in SAP, improving the speed of stock queries for the customer service team and cutting response times in half.</w:t>
      </w:r>
    </w:p>
    <w:p>
      <w:pPr>
        <w:pStyle w:val="ListBullet"/>
        <w:spacing w:after="240" w:line="276" w:lineRule="auto"/>
      </w:pPr>
      <w:r>
        <w:t>Liaised with suppliers and internal departments to resolve delivery issues, preventing repeat follow-ups and keeping schedules on track.</w:t>
      </w:r>
    </w:p>
    <w:p>
      <w:pPr>
        <w:spacing w:before="280" w:after="120"/>
        <w:jc w:val="left"/>
        <w:pBdr>
          <w:bottom w:val="single" w:sz="6" w:space="4" w:color="DFDED8"/>
        </w:pBdr>
      </w:pPr>
      <w:r>
        <w:rPr>
          <w:b/>
          <w:color w:val="2F62D9"/>
          <w:sz w:val="22"/>
        </w:rPr>
        <w:t>EDUCATION</w:t>
      </w:r>
    </w:p>
    <w:p>
      <w:pPr>
        <w:spacing w:before="0" w:after="200"/>
        <w:jc w:val="left"/>
      </w:pPr>
      <w:r>
        <w:t>Year 12 or a Certificate III/IV in business administration or warehousing operations, with on-the-job training in warehouse management systems.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