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Warehouse Storeperson</w:t>
      </w:r>
    </w:p>
    <w:p>
      <w:pPr>
        <w:spacing w:before="0" w:after="240"/>
      </w:pPr>
      <w:r>
        <w:t>I'm writing to apply for the Warehouse Storeperson role at [Company Name]. I've spent my working days on warehouse floors receiving, storing and dispatching goods, and I'm comfortable with the mix of physical work, safety discipline and record-keeping accuracy the job demands.</w:t>
      </w:r>
    </w:p>
    <w:p>
      <w:pPr>
        <w:spacing w:before="0" w:after="240"/>
      </w:pPr>
      <w:r>
        <w:t>In my most recent position, I picked and packed orders against tight daily dispatch deadlines using a warehouse management system and barcode scanner, while also running scheduled stock counts that helped bring down unexplained inventory variances. I've operated forklifts and pallet jacks daily and take the pre-start checks and load limits seriously, because a rushed job on the floor is how people get hurt.</w:t>
      </w:r>
    </w:p>
    <w:p>
      <w:pPr>
        <w:spacing w:before="0" w:after="240"/>
      </w:pPr>
      <w:r>
        <w:t>[add one genuine, specific reason: a project, value, or market position you can point to] is part of why I'd like to work at [Company Name] specifically, rather than send out a generic application.</w:t>
      </w:r>
    </w:p>
    <w:p>
      <w:pPr>
        <w:spacing w:before="0" w:after="240"/>
      </w:pPr>
      <w:r>
        <w:t>Thank you for considering my application. I've attached my resume with more detail on my warehousing experience and licences,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