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Water Inspector</w:t>
      </w:r>
    </w:p>
    <w:p>
      <w:pPr>
        <w:spacing w:before="0" w:after="240"/>
      </w:pPr>
      <w:r>
        <w:t>I am writing to apply for the Water Inspector role at [Company Name]. With a strong background in field sampling, laboratory analysis, and regulatory compliance, I am confident I can contribute to your team's work protecting water quality and public health.</w:t>
      </w:r>
    </w:p>
    <w:p>
      <w:pPr>
        <w:spacing w:before="0" w:after="240"/>
      </w:pPr>
      <w:r>
        <w:t>In my previous role, I investigated a series of water quality complaints in a regional supply network. By systematically sampling from source to tap and cross-referencing results with SCADA data, I identified a contamination pathway that had been missed. I prepared a detailed compliance report and recommended infrastructure changes that were subsequently adopted, resolving the issue and restoring community confidence.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rigorous monitoring and transparent reporting.</w:t>
      </w:r>
    </w:p>
    <w:p>
      <w:pPr>
        <w:spacing w:before="0" w:after="240"/>
      </w:pPr>
      <w:r>
        <w:t>Thank you for considering my application. I have attached my resume and look forward to discussing how my skills align with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