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Web Designer</w:t>
      </w:r>
    </w:p>
    <w:p>
      <w:pPr>
        <w:spacing w:before="0" w:after="240"/>
      </w:pPr>
      <w:r>
        <w:t>I'm writing to apply for the Web Designer role with [Company Name]. My background covers the full design cycle from wireframe to responsive build, and I'm used to working alongside developers rather than handing off a static file and walking away.</w:t>
      </w:r>
    </w:p>
    <w:p>
      <w:pPr>
        <w:spacing w:before="0" w:after="240"/>
      </w:pPr>
      <w:r>
        <w:t>In a recent project I built a design system in Figma covering colour, typography and component states for a multi-page site, then worked through desktop, tablet and mobile breakpoints to catch layout issues before they reached the client. Usability testing on the navigation led to a restructure that cut the number of clicks to key pages, which the client noticed in their own analytics after launch.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design decisions seem to be judged on how well they work for users, not just how they look in a pitch deck.</w:t>
      </w:r>
    </w:p>
    <w:p>
      <w:pPr>
        <w:spacing w:before="0" w:after="240"/>
      </w:pPr>
      <w:r>
        <w:t>Thank you for considering my application. I've attached my resume and would welcome the chance to talk through my design process and portfolio in more detail.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