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Work Health and Safety Inspector</w:t>
      </w:r>
    </w:p>
    <w:p>
      <w:pPr>
        <w:spacing w:before="0" w:after="240"/>
      </w:pPr>
      <w:r>
        <w:t>I am writing to apply for the role of Work Health and Safety Inspector with [Company Name]. With a strong background in regulatory compliance and field inspection, I am confident I can contribute to your team's mission of preventing workplace harm.</w:t>
      </w:r>
    </w:p>
    <w:p>
      <w:pPr>
        <w:spacing w:before="0" w:after="240"/>
      </w:pPr>
      <w:r>
        <w:t>In my previous role, I investigated a serious incident at a manufacturing facility where a worker suffered a hand injury. I gathered evidence, interviewed witnesses, and prepared a brief that led to an enforceable undertaking. Following this, the employer revised its machine guarding procedures across all sites, which significantly reduced the risk of similar incidents. This experience honed my ability to conduct thorough investigations and achieve tangible safety improvements.</w:t>
      </w:r>
    </w:p>
    <w:p>
      <w:pPr>
        <w:spacing w:before="0" w:after="240"/>
      </w:pPr>
      <w:r>
        <w:t>I am particularly drawn to [Company Name] because [add one genuine, specific reason: a project, value, or market position you can point to].</w:t>
      </w:r>
    </w:p>
    <w:p>
      <w:pPr>
        <w:spacing w:before="0" w:after="240"/>
      </w:pPr>
      <w:r>
        <w:t>Thank you for considering my application. I have attached my resume and would welcome the opportunity to discuss how my skills and experience align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