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Work Health and Safety Officer</w:t>
      </w:r>
    </w:p>
    <w:p>
      <w:pPr>
        <w:spacing w:before="0" w:after="240"/>
      </w:pPr>
      <w:r>
        <w:t>I'm writing to apply for the Work Health and Safety Officer position at [Company Name]. My background covers hazard assessment, incident investigation, and WHS compliance auditing, and I'm looking for a role where I can build on that in an organisation that takes safety seriously rather than treating it as paperwork.</w:t>
      </w:r>
    </w:p>
    <w:p>
      <w:pPr>
        <w:spacing w:before="0" w:after="240"/>
      </w:pPr>
      <w:r>
        <w:t>In a previous role I led the investigation into a recurring near-miss pattern on one site, tracing it back to an outdated safe work method statement rather than individual error. Rewriting the SWMS and running a short refresher session for the crew cut repeat reports in that area and gave supervisors a clearer escalation process for future incidents.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my WHS input actually shapes how work gets done on the ground, not just how it gets recorded.</w:t>
      </w:r>
    </w:p>
    <w:p>
      <w:pPr>
        <w:spacing w:before="0" w:after="240"/>
      </w:pPr>
      <w:r>
        <w:t>Thank you for considering my application. I've attached my resume with further detail on my experience and qualifications, and I'd welcome the chance to discuss how I can contribute to your safety outcomes.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