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Workplace Coach</w:t>
      </w:r>
    </w:p>
    <w:p>
      <w:pPr>
        <w:spacing w:before="0" w:after="240"/>
      </w:pPr>
      <w:r>
        <w:t>I am writing to apply for the Workplace Coach role at [Company Name]. With a background in human resources and organisational development, and hands-on experience coaching individuals and groups, I am confident I can help your employees and managers build capability and work through performance challenges.</w:t>
      </w:r>
    </w:p>
    <w:p>
      <w:pPr>
        <w:spacing w:before="0" w:after="240"/>
      </w:pPr>
      <w:r>
        <w:t>In a previous contract, I coached a team leader who was struggling to give clear feedback to her direct reports. We used a 360-degree feedback process to surface how her communication style was landing, then drafted a development plan with specific actions over three months. She practised feedback conversations in our sessions, and by the end her team had noticed a marked improvement in clarity and morale, with two team members taking on mentoring roles themselves.</w:t>
      </w:r>
    </w:p>
    <w:p>
      <w:pPr>
        <w:spacing w:before="0" w:after="240"/>
      </w:pPr>
      <w:r>
        <w:t>Why this employer: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my coaching approach aligns with your organisation's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