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Workplace Relations Advisor</w:t>
      </w:r>
    </w:p>
    <w:p>
      <w:pPr>
        <w:spacing w:before="0" w:after="240"/>
      </w:pPr>
      <w:r>
        <w:t>I'm writing to apply for the Workplace Relations Advisor role at [Company Name]. My background covers Fair Work Act compliance, enterprise agreement drafting, and dispute mediation, and I'm looking for a position where I can apply that experience to a broader range of industrial relations matters.</w:t>
      </w:r>
    </w:p>
    <w:p>
      <w:pPr>
        <w:spacing w:before="0" w:after="240"/>
      </w:pPr>
      <w:r>
        <w:t>In a previous role I managed an unfair dismissal claim from the initial grievance through to Fair Work Commission conciliation, coordinating with the employer's legal counsel while keeping the affected manager informed of each procedural step. The matter settled at conciliation, avoiding a formal hearing, and the process I documented was later adopted as the standard approach for similar cases.</w:t>
      </w:r>
    </w:p>
    <w:p>
      <w:pPr>
        <w:spacing w:before="0" w:after="240"/>
      </w:pPr>
      <w:r>
        <w:t>[add one genuine, specific reason: a project, value, or market position you can point to] is part of why I want to work at [Company Name] specifically, rather than apply this experience elsewhere.</w:t>
      </w:r>
    </w:p>
    <w:p>
      <w:pPr>
        <w:spacing w:before="0" w:after="240"/>
      </w:pPr>
      <w:r>
        <w:t>Thank you for considering my application. I've attached my resume and would welcome the chance to discuss how my experience in workplace investigations and industrial relations advice could support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