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Yoga Instructor</w:t>
      </w:r>
    </w:p>
    <w:p>
      <w:pPr>
        <w:spacing w:before="0" w:after="240"/>
      </w:pPr>
      <w:r>
        <w:t>I'm writing to apply for the Yoga Instructor position at [Company Name]. I bring solid experience leading group and private classes across a range of styles, and a genuine focus on making each session safe and useful for the person on the mat, not just technically correct.</w:t>
      </w:r>
    </w:p>
    <w:p>
      <w:pPr>
        <w:spacing w:before="0" w:after="240"/>
      </w:pPr>
      <w:r>
        <w:t>In my most recent teaching role I built a personalised plan for a client recovering from a shoulder injury, working through modified poses over several weeks until they could return to full sun salutations without pain. That kind of steady, attentive adjustment is what I bring to every class, whether I'm teaching twenty people or one.</w:t>
      </w:r>
    </w:p>
    <w:p>
      <w:pPr>
        <w:spacing w:before="0" w:after="240"/>
      </w:pPr>
      <w:r>
        <w:t>[add one genuine, specific reason: a project, value, or market position you can point to] is what drew me to apply here specifically, rather than to yoga studios generally.</w:t>
      </w:r>
    </w:p>
    <w:p>
      <w:pPr>
        <w:spacing w:before="0" w:after="240"/>
      </w:pPr>
      <w:r>
        <w:t>Thank you for considering my application. I've attached my resume and would welcome the chance to discuss how I can contribute to classes at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