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Youth Justice Worker</w:t>
      </w:r>
    </w:p>
    <w:p>
      <w:pPr>
        <w:spacing w:before="0" w:after="240"/>
      </w:pPr>
      <w:r>
        <w:t>I am writing to apply for the Youth Justice Worker role at [Company Name]. With hands-on experience supervising young people in both custody and community settings, and a strong background in risk assessment and case planning, I am confident I can contribute to your team's goals of rehabilitation and community safety.</w:t>
      </w:r>
    </w:p>
    <w:p>
      <w:pPr>
        <w:spacing w:before="0" w:after="240"/>
      </w:pPr>
      <w:r>
        <w:t>In my current role, I manage a caseload of 18 young people on community-based orders. I coordinate with courts, schools and health services to develop individual case plans that address criminogenic needs and build on each young person's strengths. One recent success involved a young person who had disengaged from school; by working closely with the family and an education provider, I helped them re-enrol and attend consistently for a full term, which reduced their risk of breaching their order.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values evidence-based practice and genuine community partnership, and I believe your organisation offers that.</w:t>
      </w:r>
    </w:p>
    <w:p>
      <w:pPr>
        <w:spacing w:before="0" w:after="240"/>
      </w:pPr>
      <w:r>
        <w:t>Thank you for considering my application. I have attached my resume for your review and would welcome the chance to discuss how my experience aligns with your team's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