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[Target Job Title]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Results-driven [your profession] with [X] years of experience in [industry/field]. Skilled in [key skill], [key skill] and [key skill], with a track record of [notable type of achievement]. Looking to bring [your core strength] to [type of role or company].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[Skill relevant to the job ad]   •   [Skill relevant to the job ad]   •   [Software or tool]   •   [Software or tool]   •   [A genuine strength]   •   [A genuine strength]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[Target Job Title]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Led [project or initiative], resulting in [quantifiable outcome, e.g. a 20% increase in X].</w:t>
      </w:r>
    </w:p>
    <w:p>
      <w:pPr>
        <w:pStyle w:val="ListBullet"/>
        <w:spacing w:after="80" w:line="276" w:lineRule="auto"/>
      </w:pPr>
      <w:r>
        <w:t>Managed [responsibility] across [scope, e.g. a team of 5, or a $500K budget], ensuring [outcome].</w:t>
      </w:r>
    </w:p>
    <w:p>
      <w:pPr>
        <w:pStyle w:val="ListBullet"/>
        <w:spacing w:after="80" w:line="276" w:lineRule="auto"/>
      </w:pPr>
      <w:r>
        <w:t>Collaborated with [stakeholders] to [action], improving [metric] by [amount].</w:t>
      </w:r>
    </w:p>
    <w:p>
      <w:pPr>
        <w:pStyle w:val="ListBullet"/>
        <w:spacing w:after="80" w:line="276" w:lineRule="auto"/>
      </w:pPr>
      <w:r>
        <w:t>Identified and resolved [a specific problem], reducing [cost or time] by [amount].</w:t>
      </w:r>
    </w:p>
    <w:p>
      <w:pPr>
        <w:pStyle w:val="ListBullet"/>
        <w:spacing w:after="240" w:line="276" w:lineRule="auto"/>
      </w:pPr>
      <w:r>
        <w:t>[Repeat the pattern: action verb, what you did, the number that proves it worked.]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[Degree], [Institution], [Year]. [Optional: relevant coursework, honours, or GPA if strong.]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